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דבר העורכים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הדיון בכתיבת דבר העורכים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תובנה משותפת, מחלוקת והשלכה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חברי הצוות בדיון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ולהסתכל על כל העיתון ולשאול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200-400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דבר העורכים הוא תובנה מסכמת, לא עוד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בפרוטוקול 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 עושה מה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(שואל/ת את השאלות ומוודא/ת שכל קול נשמע)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(מקפיד/ה על סבבים קצרים והוגנים)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(רושם/ת את הטיעונים ואת המקורות)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הדיון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 שקטה וסימון משפט חשוב מכל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 פתיחה - כל אחד/ת אומר/ת מה הרעיון המחבר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חיפוש המכנה המשותף וניסוח טיוטת 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מיפוי מחלוקות - לפחות שתי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קצר, ברור, שאפשר להתווכח איתו ולא סיסמה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כוללת משפט תובנה ברור שאפשר להתווכח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אחד מחמשת התפקידים ותיאורו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שהמחלוקת מראה חשיבה אמיתית ולא רק הסכמה שטחית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התרגול בקבוצות קטנות ולחלק בפועל את חמשת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לפני כתיבת דבר העורכים האמיתי לעיתון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שתובנה היא משפט שניתן להתווכח איתו, ולא סיסמה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דבר העורכים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דבר העורכים הוא החלק המסכם של העיתון השיתופי - המקום שבו כל הצוות עוצר, מביט על כל מה שנכתב, ומנסח יחד תובנה אחת שמחברת בין כל הכתבות.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מחלוקת  ·  משותף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 ולהסתכל על כל העיתון ולשאול מה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דמות אחת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אורך דבר העורכים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50-100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1000-1500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דבר העורכים הוא עוד כתבה רגילה בעיתון, בדיוק כמו 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בסבב הפתיחה כל חבר/ת צוות מדבר/ת דקה אחת בלי הפרעות.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 עושה מה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מנחה הדיון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מקפיד/ה על סבבים קצרים והוגנים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מנהל/ת הזמנים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רושם/ת את הטיעונים ואת המקורות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מזכיר/ת המערכת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שואל/ת את השאלות ומוודא/ת שכל קול נשמע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הדיון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חיפוש המכנה המשותף וניסוח טיוטת תובנה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שקטה וסימון משפט חשוב מכל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מיפוי מחלוקות - לפחות שתי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סבב פתיחה - כל אחד/ת אומר/ת מה הרעיון המחבר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העורכים הוא הקול ה__________ של כל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לרשום לפחות שתי נקודות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תובנה אחד שיכול לחבר בין כמה כתבות בעיתון, בנושא לבחירתכם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תובנה משותפת שצוות יכול להגיע אליה בדבר העורכים?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לתפקיד אחד בדיון ותארו מה הוא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דבר העורכים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