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דבר העורכים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הדיון בכתיבת דבר העורכים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תובנה משותפת, מחלוקת והשלכה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חברי הצוות בדיון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ולהסתכל על כל העיתון ולשאול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200-400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לחלוק על כל טיוטה כדי לחדד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כתובנה או כשאלה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דבר העורכים הוא תובנה מסכמת, לא עוד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בפרוטוקול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המוגדר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התובנה צריכה להיות משפט שאפשר להתווכח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להימנע מכותרת כללית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 עושה מה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(שואל/ת את השאלות ומוודא/ת שכל קול נשמע)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(מקפיד/ה על סבבים קצרים והוגנים)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(רושם/ת את הטיעונים ואת המקורות)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(חולק/ת על כל טיוטה כדי לחדד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(בודק/ת שכל טענה נשענת על היצירות)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הדיון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 שקטה וסימון משפט חשוב מכל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סבב פתיחה - כל אחד/ת אומר/ת מה הרעיון המחבר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חיפוש המכנה המשותף וניסוח טיוטת 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מיפוי מחלוקות - לפחות שתי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ניסוח ההשלכות - מה נובע מהתובנה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כתיבה ועריכה משותפת וקריאה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להתווכח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קצר, ברור, שאפשר להתווכח איתו ולא סיסמה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עמדות סותרות עם נימוק המתבסס על אחת היצירות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כוללת משפט תובנה ברור שאפשר להתווכח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אחד מחמשת התפקידים ותיאורו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שהמחלוקת מראה חשיבה אמיתית ולא רק הסכמה שטחית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התרגול בקבוצות קטנות ולחלק בפועל את חמשת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לפני כתיבת דבר העורכים האמיתי לעיתון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שתובנה היא משפט שניתן להתווכח איתו, ולא סיסמה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דבר העורכים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דבר העורכים הוא החלק האחרון בעיתון. כל הצוות יושב יחד וכותב רעיון אחד משותף שמחבר בין כל הכתבות.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מרכזי שאפשר להתווכח איתו, לא סיסמה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מחלוקת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שלא כל חברי הצוות מסכימים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נובע מהתובנה, מה היא מלמדת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מכנה 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או מילה שחוזרים בכל הכתבות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פרוטוקול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קבוע של שלבים בדיון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מנהל/ת זמנים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ששומר על זמן דיבור הוגן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פרקליט/ת השטן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שחולק/ת על כל טיוטה כדי לחדד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מזכיר/ת המערכת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שרושם/ת את הטיעונים והמקורות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כותבים 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ולהסתכל על כל העיתון ולשאול מה 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דמות אחת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מודעה לקוראים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בערך יש בדבר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50-100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1000-1500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10-20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מי שמתפקיד/ת 'פרקליט השטן'?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לרשום את הטיעונים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לחלוק על כל טיוטה כדי לחדד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המקורות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מחלוקות חייבים לכתוב,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כדאי לכתוב את הכותרת?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כתיאור כללי של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כתובנה או כשאלה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כרשימת שמות הצוות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העורכים הוא עוד כתבה רגילה בעיתון, בדיוק כמו 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בסבב הפתיחה כל חבר/ת צוות מדבר/ת דקה אחת בלי הפרעות.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שומר/ת המקורות בודק/ת שכל טענה נשענת על היצירות שבעיתון.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תובנה שהיא סיסמה כללית בלי לאפשר ויכוח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כותרת כללית מאוד, כמו 'על החיים'.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 עושה מה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 הדיון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רושם/ת את הטיעונים ואת המקורות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מנהל/ת הזמנים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שואל/ת את השאלות ומוודא/ת שכל קול נשמע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מזכיר/ת המערכת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בודק/ת שכל טענה נשענת על היצירות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פרקליט/ת השטן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מקפיד/ה על סבבים קצרים והוגנים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שומר/ת המקורות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חולק/ת על כל טיוטה כדי לחדד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הדיון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פתיחה - כל אחד/ת אומר/ת מה הרעיון המחבר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חיפוש המכנה המשותף וניסוח טיוטת תובנה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מיפוי מחלוקות - לפחות שתי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שקטה וסימון משפט חשוב מכל 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ועריכה משותפת וקריאה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ההשלכות - מה נובע מהתובנה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העורכים הוא הקול ה__________ של כל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התובנה צריכה להיות משפט שאפשר __________ איתו, לא סיסמה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לרשום לפחות שתי נקודות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האחרון קוראים בקול את הטקסט כולו כדי שיישמע כ__________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תובנה אחד שיכול לחבר בין כמה כתבות בעיתון, בנושא לבחירתכם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למחלוקת אפשרית בין חברי צוות, עם נימוק קצר לכל צד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תובנה משותפת שצוות יכול להגיע אליה בדבר העורכים?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לתפקיד אחד בדיון ותארו מה הוא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לכלול גם מחלוקות בדבר העורכים ולא רק הסכמות?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דבר העורכים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